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בית – אוגדן פרומפטים מנצחים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בונה פרומפטים – אבני הבניין של פרומפט מנצח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ששת השלבים לבניית פרומפט טוב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חמשת מרכיבי הבדיקה של פרומפט מוצלח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פרומפט שלם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מה צריך (סוג התוצר)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יש כפתור הקראה בעמוד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אפשר לערוך את הפרומפט לפני ההעתקה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שכבה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תלמידים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שלב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(דף עבודה או חידון)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(התוכן שעליו יתבסס התוצר)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(גיל או כיתת התלמידים)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(הסגנון של הכתיבה, למשל חגיגי או רגוע)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הבנייה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מה צריך ליצור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לבחור את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לבחור את שכבת הגיל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לבחור את סוג התלמידים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עצמאית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כולל את כל ששת המרכיבים במשפט ברור ומסודר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שישה 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תפקיד, משימה, הקשר, פורמט ומגבלות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לערוך אותו, להקריא אותו או לשמור אותו לטיוטות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בכיתה את תהליך הבנייה צעד אחר צעד לפני שהתלמידים מתרגלים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להשוות בין פרומפטים שבנו ולדון מה הופך פרומפט ל'מנצח'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רשימת מילים מוכנות לבחירה בכל שלב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בית – אוגדן פרומפטים מנצחים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בונה פרומפטים – אבני הבניין של פרומפט מנצח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בעמוד בונה הפרומפטים בוחרים שישה דברים בזה אחר זה, ובסוף מקבלים פרומפט מוכן להעתקה. בדף הזה נתרגל להכיר את השלבים והמרכיבים החשובים שבונים פרומפט מנצח.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נושא  ·  תלמידים  ·  שכבה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בחירות קצרות צריך לעשות כדי לבנות פרומפט בעמוד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הבחירה הראשונה שצריך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מה צריך (סוג התוצר)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שכבת גיל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להקריא את הפרומפט בקול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אחרי בניית הפרומפט אי אפשר לשנות אותו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השלב השני בבניית הפרומפט הוא בחירת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השלב השלישי בבניית הפרומפט הוא בחירת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אחרי שבוחרים נושא ושכבה, בוחרים את סוג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שלב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מה צריך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גיל או כיתת התלמידים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נושא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הסגנון של הכתיבה, למשל חגיגי או רגוע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שכבה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התוכן שעליו יתבסס התוצר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טון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דף עבודה או חידון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הבנייה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לבחור את הנושא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לבחור את שכבת הגיל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לבחור את סוג התלמידים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לבחור מה צריך ליצור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בנו פרומפט משלכם: בחרו סוג תוצר, נושא, שכבת גיל, סוג תלמידים, טון ותוספת אחת, וכתבו אותו כמשפט שלם.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שלבי בחירה יש בבניית הפרומפט?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חמשת המרכיבים שבודקים בפרומפט טוב?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בונה פרומפטים – אבני הבניין של פרומפט מנצח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