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פרומפטים – אבני הבניין של פרומפט מנצח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השלבים לבניית פרומפט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חמשת מרכיבי הבדיקה של פרומפט מוצלח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פרומפט שלם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צריך (סוג התוצר)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לערוך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שיר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לקבל בחירה אקראית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כפתור הקראה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לערוך את הפרומפט לפני ההעתקה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טון הוא אחד מששת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אפשרות שדרוג להתאמה לחנ״מ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רק כשכל השלבים מלאים מופיע סימון חמש מתוך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טיוטות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(דף עבודה או חידון)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(התוכן שעליו יתבסס התוצר)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(גיל או כיתת 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(הסגנון של הכתיבה, למשל חגיגי או רגוע)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(פרטים נוספים שמצטרפים בסוף לפרומפט)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הבנייה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מה צריך ליצור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את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את שכבת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את סוג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לבחור את הטון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לבחור תוספות ולהעתיק את הפרומפט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כולל את כל ששת המרכיבים במשפט ברור ומסודר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בוחר שדרוג מתאים ומסביר קצר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תפקיד, משימה, הקשר, פורמט ומגבלות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לערוך אותו, להקריא אותו או לשמור אותו לטיוטות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תהליך הבנייה צעד אחר צעד לפני שהתלמידים מתרגלים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להשוות בין פרומפטים שבנו ולדון מה הופך פרומפט ל'מנצח'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מוכנות לבחירה בכל שלב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פרומפטים – אבני הבניין של פרומפט מנצח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הזה בוחרים שישה דברים, ובסוף יוצא פרומפט מוכן. נלמד מה כל שלב אומר.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שכותבים כדי לקבל תוצר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אמור לכתוב את התשובה, לדוגמה 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בדיוק צריך ליצור, לדוגמה דף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נוסף כמו נושא ושכבת 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פורמט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התוצר ייראה, לדוגמה טבלה או חידון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מגבלות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שצריך לשמור עליהם, כמו אורך או רמת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שדרוג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קטן שמשפר את הפרומפט אחרי התשובה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תוספות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פרטים נוספים שמוסיפים לפרומפט בסוף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בחירות עושים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בוחרים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צריך (סוג התוצר)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שכבת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לפני שמעתיקים?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להעתיק בלי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לערוך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אותו למישהו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לא מופיע ברשימת התוצרים?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מערך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חידון או מבדק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הודעה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כפתור ההפתעה?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שדרוג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בחירה אקראית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את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לטיוטות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להקריא את הפרומפט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בניית הפרומפט אי אפשר לשנות אותו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טון לפרומפט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בעמוד אין אפשרות להתאים את הפרומפט לתלמידים עם צרכים מיוחדים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שפרומפט ייחשב שלם צריך למלא את כל ששת השלבים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השלב השני בבניית הפרומפט הוא בחירת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השלב השלישי בבניית הפרומפט הוא בחירת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שבוחרים נושא ושכבה, בוחרים את סוג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לבדוק אם הפרומפט טוב, שואלים אם יש תפקיד, משימה, הקשר, פורמט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לשמור פרומפט שבנינו תחת הכפתור שמירה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צריך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הסגנון של הכתיבה, למשל חגיגי או רגוע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פרטים נוספים שמצטרפים בסוף לפרומפט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שכבה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דף עבודה או חידון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התוכן שעליו יתבסס התוצר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תוספות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גיל או כיתת התלמידים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הבנייה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סוג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מה צריך ליצור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תוספות ולהעתיק את הפרומפט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שכבת הגיל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בנו פרומפט משלכם: בחרו סוג תוצר, נושא, שכבת גיל, סוג תלמידים, טון ותוספת אחת, וכתבו אותו כמשפט שלם.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שדרוג אחד לפרומפט שכתבתם, מתוך הרשימה שמופיעה בעמוד (קיצור, טבלה, מפתח תשובות, גרסת חנ״מ, גרסת עולים, השוואת גרסאות).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שלבי בחירה יש בבניית הפרומפט?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המרכיבים שבודקים בפרומפט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לפרומפט אחרי שהוא מוכן, לפני שמשתמשים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פרומפטים – אבני הבניין של פרומפט מנצח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